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בת רבי עקיבא והנחש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המדרש "בת רבי עקיבא והנחש": הבנת העלילה, מבנה המדרש, פער מידע, אירוניה וסמל, והרעיון "וצדקה תציל ממות". מתאים אחרי קריאת המדרש באתר; התלמידים והתלמידות יכולים לעבוד בזוגות בחלק ב׳.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ניבא את מות הבת?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הכלדאים – חוזים בכוכבים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במה הרגה הבת את הנחש?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בסיכת הראש שלה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הבת נתנה לעני את מנת האוכל שקיבלה בסעודה.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עקיבא אמר לבתו: "____ עשית", ולימד את הפסוק "וצדקה תציל ממות".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מצוה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שלבי המדרש לפי הסדר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ד → ג → א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הדמות לבין התכונה המתאימה 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2–א, 3–ב,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את הפסוק "וצדקה תציל ממות" לפי רבי עקיבא, וקשרו אותו למה שקרה במדרש.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רבי עקיבא הצדקה מצילה לא רק ממוות משונה אלא מן המוות עצמו. הבת נתנה צדקה לעני – ובאותו לילה ניצלה מן הנחש; מעשה טוב שינה את הגזרה.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המדרש מנקודת המבט של העני שעמד בפתח (7–9 שורות): מה ראה, מה הרגיש כשאיש לא שמע, ומה קרה כשהכלה יצאה אליו. שמרו על סגנון קצר ומרומז כמו במדרש.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גוף ראשון של העני; פרטים נאמנים למדרש (סעודה, דפיקה בפתח, איש לא שומע, הכלה נותנת את מנתה); ביטוי רגשות (בדידות, רעב, הכרת טובה); סגנון מדרשי – משפטים קצרים, מעט תיאורים;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הצדקה – המעשה הטוב שעשתה לעני. 2. את הגורל הרע שנגזר ובוטל בזכות מעשה טוב. 3. תשובה אישית על בחירה מול גורל, או על לראות את מי שאחרים אינם רואים.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המקור: התלמוד הבבלי, מסכת שבת קנו ע״ב – לפי הנוסח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"מכבנתא" – סיכת ראש או סיכת בגד (יש פירושים שונים).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"בת רבי עקיבא והנחש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🐍 בת רבי עקיבא והנחש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הבנת המדרש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מצוה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מי ניבא את מות הבת?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רבי עקיבא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הכלדאים – חוזים בכוכבים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העני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במה הרגה הבת את הנחש?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במקל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באבן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בסיכת הראש שלה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הבת נתנה לעני את מנת האוכל שקיבלה בסעודה.      ◯ נכון   ◯ לא נכון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רבי עקיבא אמר לבתו: "_______________ עשית", ולימד את הפסוק "וצדקה תציל ממות".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מבנה, דמויות ואמצעים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סדרו לפי מספרים. חברו קו.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סדרו את שלבי המדרש לפי הסדר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בבוקר הנחש המת נגרר אחרי הסיכה, והבת מספרת לאביה על העני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החוזים בכוכבים מנבאים שהבת תמות מנשיכת נחש ביום חתונתה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בלילה היא תוקעת את סיכתה בקיר – והסיכה ננעצת בעין הנחש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ביום החתונה הבת נותנת את מנתה לעני שבפתח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רבי עקיבא דורש: "וצדקה תציל ממות"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התאימו בין הדמות לבין התכונה המתאימה 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בת רבי עקיבא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אב דואג, מאופק ומחנך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רבי עקיבא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בטוחים בעצמם – מייצגים גורל קבוע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הכלדאים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נזקק ושקוף לרבים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העני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רגישה לזולת וצנועה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פרשנות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הסבירו את הפסוק "וצדקה תציל ממות" לפי רבי עקיבא, וקשרו אותו למה שקרה במדרש.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כתבו את המדרש מנקודת המבט של העני שעמד בפתח (7–9 שורות): מה ראה, מה הרגיש כשאיש לא שמע, ומה קרה כשהכלה יצאה אליו. שמרו על סגנון קצר ומרומז כמו במדרש.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 הציל את הבת לפי רבי עקיבא?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מה מסמל הנחש במדרש?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בת רבי עקיבא והנחש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