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בת רבי עקיבא והנחש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המדרש "בת רבי עקיבא והנחש": הבנת העלילה, מבנה המדרש, פער מידע, אירוניה וסמל, והרעיון "וצדקה תציל ממות". מתאים אחרי קריאת המדרש באתר; התלמידים והתלמידות יכולים לעבוד בזוגות בחלק ב׳.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אמר שהבת תמות?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הכלדאים – חוזים בכוכבים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הרג את הנחש?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בסיכת הראש שלה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איש לא שמע את העני שדפק בפתח?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כי כולם היו טרודים בסעודה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רעיון בא המדרש להוכיח?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אין מזל לישראל – מעשים טובים יכולים לשנות את הגזרה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סיפר לבת על הנבואה.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רבי עקיבא דאג מאוד, אך לא סיפר 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הבת נתנה לעני את האוכל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הבת ידעה שנחש מסתתר בקיר כשתקעה בו את הסיכה.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לא ידעה – הסיכה ננעצה בעין הנחש בלי שידעה.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אמר: "____ עשית".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מצוה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האירועים מ־1 עד 5.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א → ג → ד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דמות לתכונה.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2–ב, 3–א,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"וצדקה תציל ממות"? איך זה קשור לבת?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רבי עקיבא הצדקה מצילה לא רק ממוות משונה אלא מן המוות עצמו. הבת נתנה צדקה לעני – ובאותו לילה ניצלה מן הנחש; מעשה טוב שינה את הגזרה.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הסיפור כאילו אתם העני. מה ראיתם? מה הרגשתם?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גוף ראשון של העני; פרטים נאמנים למדרש (סעודה, דפיקה בפתח, איש לא שומע, הכלה נותנת את מנתה); ביטוי רגשות (בדידות, רעב, הכרת טובה); סגנון מדרשי – משפטים קצרים, מעט תיאורים;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הצדקה – המעשה הטוב שעשתה לעני. 2. את הגורל הרע שנגזר ובוטל בזכות מעשה טוב. 3. תשובה אישית על בחירה מול גורל, או על לראות את מי שאחרים אינם רואים.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המקור: התלמוד הבבלי, מסכת שבת קנו ע״ב – לפי הנוסח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"מכבנתא" – סיכת ראש או סיכת בגד (יש פירושים שונים).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"בת רבי עקיבא והנחש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🐍 בת רבי עקיבא והנחש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או פירוש מהמסורת היהודית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midrash (rabbinic tale)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רצף האירועים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plot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שבו הכיוון של הסיפור משתנה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turning point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מוחשי שמייצג רעיון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פער בין מה שנראה למה שקורה באמת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ליד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פער מידע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הקוראים יודעים משהו שהדמות לא יודעת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information gap / dramatic 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צדקה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 לעני: אוכל, כסף או מעשה טוב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charity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גורל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שנקבע מראש שיקרה לאדם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fate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המדרש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מצוה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אמר שהבת תמות?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רבי עקיבא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הכלדאים – חוזים בכוכבים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העני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החתן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הרג את הנחש?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במקל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באבן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בסיכת הראש שלה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בנר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למה איש לא שמע את העני שדפק בפתח?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כולם ישנו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כולם היו טרודים בסעודה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הדלת הייתה נעולה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 הוא לחש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רעיון בא המדרש להוכיח?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אין מזל לישראל – מעשים טובים יכולים לשנות את הגזרה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הכוכבים תמיד צודקים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אסור להתחתן ביום מסוים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צריך לפחד מנחשים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רבי עקיבא סיפר לבת על הנבואה.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הבת נתנה לעני את האוכל שלה.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הבת ידעה שנחש מסתתר בקיר כשתקעה בו את הסיכה.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רבי עקיבא אמר: "_______________ עשית".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מבנה, דמויות ואמצעים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לפי מספרים. חברו 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סדרו את האירועים מ־1 עד 5.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החתונה הבת נותנת את מנתה לעני שבפתח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החוזים בכוכבים מנבאים שהבת תמות מנשיכת נחש ביום חתונתה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בלילה היא תוקעת את סיכתה בקיר – והסיכה ננעצת בעין הנחש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בבוקר הנחש המת נגרר אחרי הסיכה, והבת מספרת לאביה על העני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דורש: "וצדקה תציל ממות"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דמות לתכונה.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רבי עקיבא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בטוחים בעצמם – מייצגים גורל קבוע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 דואג, מאופק ומחנך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הכלדאים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רגישה לזולת וצנועה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העני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נזקק ושקוף לרבים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פירוש "וצדקה תציל ממות"? איך זה קשור לבת?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את הסיפור כאילו אתם העני. מה ראיתם? מה הרגשתם?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הציל את הבת לפי רבי עקיבא?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מסמל הנחש במדרש?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בת רבי עקיבא והנחש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