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בת רבי עקיבא והנחש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המדרש "בת רבי עקיבא והנחש": הבנת העלילה, מבנה המדרש, פער מידע, אירוניה וסמל, והרעיון "וצדקה תציל ממות". מתאים אחרי קריאת המדרש באתר; התלמידים והתלמידות יכולים לעבוד בזוגות בחלק ב׳.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ניבא את מות הבת?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הכלדאים – חוזים בכוכבים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במה הרגה הבת את הנחש?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בסיכת הראש שלה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איש לא שמע את העני שדפק בפתח?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כי כולם היו טרודים בסעודה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רעיון בא המדרש להוכיח?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אין מזל לישראל – מעשים טובים יכולים לשנות את הגזרה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סיפר לבתו על הנבואה כבר לפני החתונה.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רבי עקיבא דאג מאוד, אך לא סיפר לה.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הבת נתנה לעני את מנת האוכל שקיבלה בסעודה.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הבת ידעה שנחש מסתתר בקיר כשתקעה בו את הסיכה.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לא ידעה – הסיכה ננעצה בעין הנחש בלי שידעה.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אמר לבתו: "____ עשית", ולימד את הפסוק "וצדקה תציל ממות".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מצוה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המדרש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ב → ד → א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התכונה המתאימה 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2–ד, 3–ג,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דוגמה לאמצעי שהיא מדגימה.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ניגוד: כולם טרודים בסעודה – והעני רעב בפתח، רק הבת שומעת – כל השאר אינם שומעים | אירוניה: דווקא ביום שנגזר בו המוות – המוות מתבטל | פער מידע: הבת אינה יודעת על הנבואה, והקוראים יודעים، האב דואג בשקט, והבת שמחה בחתונתה בלי לדעת | סמל: הנחש – הגורל הרע שבוטל בזכות מעשה טוב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לדעתכם הבת מספרת על מעשה החסד רק כשאביה שואל? איזו תכונה זה מלמד עליה?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היא צנועה – עשתה את המעשה בלי פרסום ולא ראתה בו דבר מיוחד. אפיון עקיף דרך מעשים ודיבור.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הפסוק "וצדקה תציל ממות" לפי רבי עקיבא, וקשרו אותו למה שקרה במדרש.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רבי עקיבא הצדקה מצילה לא רק ממוות משונה אלא מן המוות עצמו. הבת נתנה צדקה לעני – ובאותו לילה ניצלה מן הנחש; מעשה טוב שינה את הגזרה.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תפקידו של פער המידע במדרש? איך הוא משפיע עלינו כקוראים?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הקוראים יודעים על הנבואה והבת לא – נוצר מתח ודאגה; אנחנו מחכים לראות אם הנבואה תתקיים, והפתרון מפתיע.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המדרש מנקודת המבט של העני שעמד בפתח (7–9 שורות): מה ראה, מה הרגיש כשאיש לא שמע, ומה קרה כשהכלה יצאה אליו. שמרו על סגנון קצר ומרומז כמו במדרש.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גוף ראשון של העני; פרטים נאמנים למדרש (סעודה, דפיקה בפתח, איש לא שומע, הכלה נותנת את מנתה); ביטוי רגשות (בדידות, רעב, הכרת טובה); סגנון מדרשי – משפטים קצרים, מעט תיאורים;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הצדקה – המעשה הטוב שעשתה לעני. 2. את הגורל הרע שנגזר ובוטל בזכות מעשה טוב. 3. תשובה אישית על בחירה מול גורל, או על לראות את מי שאחרים אינם רואים.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המקור: התלמוד הבבלי, מסכת שבת קנו ע״ב – לפי הנוסח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"מכבנתא" – סיכת ראש או סיכת בגד (יש פירושים שונים).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"בת רבי עקיבא והנחש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🐍 בת רבי עקיבא והנחש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המדרש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ניבא את מות הבת?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רבי עקיבא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הכלדאים – חוזים בכוכבים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העני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החתן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במה הרגה הבת את הנחש?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במקל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באבן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בסיכת הראש שלה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בנר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למה איש לא שמע את העני שדפק בפתח?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כולם ישנו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כולם היו טרודים בסעודה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הדלת הייתה נעולה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 הוא לחש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רעיון בא המדרש להוכיח?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אין מזל לישראל – מעשים טובים יכולים לשנות את הגזרה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הכוכבים תמיד צודקים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אסור להתחתן ביום מסוים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צריך לפחד מנחשים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רבי עקיבא סיפר לבתו על הנבואה כבר לפני החתונה.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הבת נתנה לעני את מנת האוכל שקיבלה בסעודה.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הבת ידעה שנחש מסתתר בקיר כשתקעה בו את הסיכה.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רבי עקיבא אמר לבתו: "_______________ עשית", ולימד את הפסוק "וצדקה תציל ממות".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מבנה, דמויות ואמצעים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התאימו ומיינו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סדרו את שלבי המדרש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בבוקר הנחש המת נגרר אחרי הסיכה, והבת מספרת לאביה על העני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ביום החתונה הבת נותנת את מנתה לעני שבפתח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דורש: "וצדקה תציל ממות"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בלילה היא תוקעת את סיכתה בקיר – והסיכה ננעצת בעין הנחש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החוזים בכוכבים מנבאים שהבת תמות מנשיכת נחש ביום חתונתה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הדמות לבין התכונה המתאימה 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רבי עקיבא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נזקק ושקוף לרבים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רגישה לזולת וצנועה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הכלדאים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בטוחים בעצמם – מייצגים גורל קבוע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העני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 דואג, מאופק ומחנך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מיינו כל דוגמה לאמצעי שהיא מדגימה.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כולם טרודים בסעודה – והעני רעב בפתח   ·   הנחש – הגורל הרע שבוטל בזכות מעשה טוב   ·   האב דואג בשקט, והבת שמחה בחתונתה בלי לדעת   ·   דווקא ביום שנגזר בו המוות – המוות מתבטל   ·   הבת אינה יודעת על הנבואה, והקוראים יודעים   ·   רק הבת שומעת – כל השאר אינם שומעים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אירוניה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פער מידע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מדוע לדעתכם הבת מספרת על מעשה החסד רק כשאביה שואל? איזו תכונה זה מלמד עליה?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במשפטים מלאים, ובססו את דבריכם בפרט מן המדרש.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הסבירו את הפסוק "וצדקה תציל ממות" לפי רבי עקיבא, וקשרו אותו למה שקרה במדרש.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מה תפקידו של פער המידע במדרש? איך הוא משפיע עלינו כקוראים?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את המדרש מנקודת המבט של העני שעמד בפתח (7–9 שורות): מה ראה, מה הרגיש כשאיש לא שמע, ומה קרה כשהכלה יצאה אליו. שמרו על סגנון קצר ומרומז כמו במדרש.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הציל את הבת לפי רבי עקיבא?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מסמל הנחש במדרש?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בת רבי עקיבא והנחש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