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המחרוזת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"המחרוזת" של גי דה מופאסן: הבנת העלילה, הדמויות, האמצעים האומנותיים (אירוניה, סמל, ניגוד) וכתיבה פרשנית. מתאים אחרי קריאת הסיפור והקטעים באתר; התלמידים והתלמידות עובדים ביחידים או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משאילה למטילדה את המחרוזת?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גברת פורסטייה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היכן מגלה מטילדה שהמחרוזת אבדה?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מול המראה בביתה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הבעל ויתר על הכסף שחסך לקניית רובה ציד כדי שמטילדה תקנה שמלה.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הסיפור מתגלה שהמחרוזת של גברת פורסטייה הייתה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מזויפת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התכונה המתאימה לה ביותר.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3–ד,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אירועי הסיפור לפי הסדר שבו קרו (1–6).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ג → ב → ד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הוכיחו שמטילדה היא דמות דינמית: איך היא בפתיחה, מה גרם לשינוי, ואיך היא בסיום.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בפתיחה: מפונקת, חולמנית, בוכה כי אין לה שמלה. הגורם: אובדן המחרוזת והחוב. בסיום: אישה חזקה וקשוחה שעבדה עשר שנים ושילמה הכול.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המכתב שמטילדה כותבת לבעלה בערב שאחרי הפגישה בשאנז אליזה (7–9 שורות): מה היא מרגישה, מה למדה, ומה היא מחליטה לעשות עכשיו. שלבו לפחות דימוי אחד וניגוד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נאמנות לעלילה (הגילוי שהמחרוזת מזויפת, עשר השנים); ביטוי רגשות (הלם, צער, גאווה, אולי כעס); תובנה (מחיר הגאווה וההסתרה, ערך היושר); דימוי אחד וניגוד אחד מסומנים; פתיחה ופנייה של מכתב;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הופעה חיצונית ועושר מדומה. 2. למשל: לספר מיד את האמת לגברת פורסטייה – כך היו נחסכות עשר שנות עוני. 3. תשובה אישית שקשורה לגאווה, ליושר או למחיר ההופעה החיצונית.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הסכומים בסיפור (400 פרנק לשמלה, 36,000 למחרוזת החלופית, ירושה של 18,000, "לכל היותר 500 פרנק") – לפי התרגום שבכיתה.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הצעת הבעל לענוד ורדים טריים (עשרה פרנקים) – לפי הנוסח שבכיתה.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"המחרוזת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📿 המחרוזת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מזויפת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מי משאילה למטילדה את המחרוזת?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אחותה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גברת פורסטייה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אשת השר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היכן מגלה מטילדה שהמחרוזת אבדה?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באולם הנשף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בכרכרה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מול המראה בביתה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הבעל ויתר על הכסף שחסך לקניית רובה ציד כדי שמטילדה תקנה שמלה.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בסוף הסיפור מתגלה שהמחרוזת של גברת פורסטייה הייתה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מבנה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קו. סדרו לפי המספרים.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הדמות לבין התכונה המתאימה לה ביותר.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(בתחילת הסיפור)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חולמנית ולא מרוצה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(בסוף הסיפור)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חרוצה ואחראית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מר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עשירה ונדיבה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גברת פורסטייה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מסור ומסתפק במועט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אירועי הסיפור לפי הסדר שבו קרו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חולמת על חיי עושר ומתלוננת על ביתה הצנוע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שואלת מחרוזת יהלומים מגברת פורסטייה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הבעל מביא הזמנה לנשף בבית השר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בבית, מול המראה, היא מגלה שהמחרוזת אבדה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בני הזוג קונים מחרוזת חלופית בכסף שלוו ועובדים עשר 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בפרט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הוכיחו שמטילדה היא דמות דינמית: איך היא בפתיחה, מה גרם לשינוי, ואיך היא בסיום.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את המכתב שמטילדה כותבת לבעלה בערב שאחרי הפגישה בשאנז אליזה (7–9 שורות): מה היא מרגישה, מה למדה, ומה היא מחליטה לעשות עכשיו. שלבו לפחות דימוי אחד וניגוד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מסמלת המחרוזת בסיפור?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איזה החלטה של מטילדה הייתם משנים,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המחרוזת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